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המלך מידס ומגע הזהב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מידס ומגע הזהב מהמיתולוגיה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נקודת המפנה בעלילה ואת המסר שבסיפור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הביטוי מגע מידס בשפה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דיוניסוס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מידס עשה חסד עם חברו הזקן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שכל מה שייגע בו יהפוך לזהב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בפתיחת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מידס ביקש שכל מה שייגע בו יהפוך לזהב, כי אהב עושר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דיוניסוס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(מלך פריגיה שביקש משאלת זהב)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(האל שהעניק את המשאלה)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(הנהר שבו רחץ מידס)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(ביטוי שמתאר הצלחה בכל דבר)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מידס עושה חסד עם חברו הזקן של דיוניסוס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דיוניסוס מציע למידס לבקש 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מידס מבקש שכל מה שייגע בו יהפוך לזהב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מידס מבין שהאוכל והמים הופכים לזהב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אמורים לציין שמידס אהב עושר וממון, ותכונה זו הובילה אותו לבקש משאלה פזיזה בלי לחשוב על ההשלכות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יש לבדוק שהתלמיד חשב על ניסוח מדויק וזהיר שמונע תוצאות לא רצויות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דיוניסוס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האוכל והמים הפכו לזהב, ומידס כמעט גווע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לציין: לחשוב על ההשלכות לפני שמבקשים משהו, עושר לא תמיד מביא אושר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או להשמיע הקראה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בשאלה הפתוחה האחרונה כדיון קבוצתי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הביטוי מגע מידס לשימוש שלו בעברית בת זמננו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המלך מידס ומגע הזהב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הסיפור על המלך מידס מספר על משאלה שהתגשמה והפכה לקללה. נקרא את הסיפור ונבדוק מה המסר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דיוניסוס  ·  זהב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העניק למידס את המשאלה?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דיוניסוס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דיוניסוס רצה לתת למידס מתנה?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מידס עשה חסד עם חברו הזקן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מידס היה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מידס ניצח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מידס ביקש?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שכל מה שייגע בו יהפוך לזהב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בריאות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מידס היה מלך פריגיה.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מידס ביקש מהאל חוכמה ולא עושר.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מידס עשה חסד עם חברו הזקן של האל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מידס ביקש שכל דבר שייגע בו יהפוך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הנהר שבו רחץ מידס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דיוניסוס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ביטוי שמתאר הצלחה בכל 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פקטולוס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מלך פריגיה שביקש משאלת זהב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מגע הזהב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האל שהעניק את המשאלה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מידס מבקש שכל מה שייגע בו יהפוך לזהב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מידס עושה חסד עם חברו הזקן של דיוניסוס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מידס מבין שהאוכל והמים הופכים לזהב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דיוניסוס מציע למידס לבקש משאלה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התכונה של מידס שגרמה לו לבקש את המשאלה? הסבירו בכמה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הייתם מקבלים משאלה אחת - מה הייתם מבקשים? כתבו את הניסוח כך שלא תהפוך לקללה, כמו שקרה למידס.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נתן למידס את המשאלה?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קרה כשמידס ניסה לאכול?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המלך מידס ומגע הזהב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