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המלך מידס ומגע הזהב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מידס ומגע הזהב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נקודת המפנה בעלילה ואת המסר שבסיפור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הביטוי מגע מידס בשפה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מידס עשה חסד עם חברו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שכל מה שייגע בו יהפוך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הלחם הפך לזהב בפיו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הפכה לפסל זהב כשחיבקה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רחץ בנהר פקטולוס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בפתיחת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מידס ביקש שכל מה שייגע בו יהפוך לזהב, כי אהב עושר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בהתחלה שמח, אבל אחר כך הבין שזו קללה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בכותרת העיבוד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מספר הסיפור בסיום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פקטולוס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א (מלך פריגיה שביקש משאלת זהב)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(האל שהעניק את המשאלה)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(הנהר שבו רחץ מידס)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(ביטוי שמתאר הצלחה בכל 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(שינוי צורה של דבר אחד לאחר)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מידס עושה חסד עם חברו הזקן של דיוניסוס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דיוניסוס מציע למידס לבקש משאלה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מידס מבקש שכל מה שייגע בו יהפוך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מידס מבין שהאוכל והמים הופכים לזהב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מידס מתחנן לדיוניסוס שייקח ממנו את המתנה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מידס רוחץ בנהר פקטולוס ומשתחרר מהקסם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לציין שמידס אהב עושר וממון, ותכונה זו הובילה אותו לבקש משאלה פזיזה בלי לחשוב על ההשלכות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רגע המפנה הוא כשמידס מנסה לאכול והלחם הופך לזהב בפיו - הוא מבין שהמשאלה היא קללה ולא 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הביטוי מתאר מישהו שמצליח בכל מה שהוא עושה. לפעמים זו מחמאה, אבל מהסיפור אפשר להבין שהצלחה בלי מחשבה יכולה להזיק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- יש לבדוק שהתלמיד חשב על ניסוח מדויק וזהיר שמונע תוצאות לא רצויות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דיוניסוס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האוכל והמים הפכו לזהב, ומידס כמעט גווע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לציין: לחשוב על ההשלכות לפני שמבקשים משהו, עושר לא תמיד מביא אושר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הסיפור בקול או להשמיע הקראה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בשאלה הפתוחה האחרונה כדיון קבוצתי לפני הכתיבה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את הביטוי מגע מידס לשימוש שלו בעברית בת זמננו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המלך מידס ומגע הזהב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זה סיפור יווני עתיק על מלך בשם מידס. הוא ביקש משאלה מיוחדת, וזה לא הסתיים טוב. נלמד למה.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מיתולוגיה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סיפורים עתיקים על אלים וגיבורים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צורה, הפיכה מדבר אחד לדבר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דיוניסוס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 היין והחגיגות ביוונית העתיקה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מעשה טוב בלי לבקש תמורה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הבעת הערכה על מעשה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גרגרי זהב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חתיכות קטנות מאוד של זהב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מגע מידס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שמתאר מישהו שמצליח בכל דבר שהוא עושה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אל נתן למידס את המשאלה?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דיוניסוס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זאוס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הרמס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דיוניסוס רצה לעזור למידס?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מידס עשה חסד עם חברו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מידס היה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מידס ניצח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מידס היה משורר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המשאלה של מידס?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מה שייגע בו יהפוך לזהב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אריכות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כשמידס רצה לאכול לחם?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הלחם הפך לזהב בפיו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האוכל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לא הרגיש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האוכל נשאר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לבת של מידס בסיפור המאוחר?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ברחה מהארמון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הפכה לפסל זהב כשחיבקה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התחתנה עם 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עשה מידס כדי להיפטר מהקסם?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ישן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רחץ בנהר פקטולוס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נתן את הזהב לעניים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שבר את הכתר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היה מלך פריגיה.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ביקש מהאל חוכמה ולא עושר.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שמח מההתחלה עד הסוף מהמשאלה שלו.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מבוסס על יצירה של אובידיוס.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האגדה, יש גרגרי זהב בחול נהר פקטולוס עד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מידס עשה חסד עם חברו הזקן של האל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מידס ביקש שכל דבר שייגע בו יהפוך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כשמידס ניסה לאכול, הלחם הפך לזהב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דיוניסוס ציווה על מידס לרחוץ במי הנהר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מאז הקסם, יש בחול הנהר גרגרי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מידס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מלך פריגיה שביקש משאלת 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דיוניסוס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הנהר שבו רחץ מידס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פקטולוס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האל שהעניק את המשאלה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מגע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ביטוי שמתאר הצלחה בכל 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מטמורפוזה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 צורה של דבר אחד לאחר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דיוניסוס מציע למידס לבקש משאלה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מבקש שכל מה שייגע בו יהפוך לזהב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מבין שהאוכל והמים הופכים לזהב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מתחנן לדיוניסוס שייקח ממנו את המתנה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רוחץ בנהר פקטולוס ומשתחרר מהקסם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מידס עושה חסד עם חברו הזקן של דיוניסוס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התכונה של מידס שגרמה לו לבקש את המשאלה?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רגע המפנה בסיפור? כתבו מה קרה ומה מידס הרגיש באותו רגע.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הביטוי מגע הזהב (מגע מידס) היום? האם זו תמיד מחמאה?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אילו הייתם מקבלים משאלה אחת - מה הייתם מבקשים? כתבו את הניסוח כך שלא תהפוך לקללה, כמו שקרה למידס.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נתן למידס את המשאלה?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כשמידס ניסה לאכול?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המסר של הסיפור על מידס?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המלך מידס ומגע הזהב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